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לכיתה ז׳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מסלולי הלמידה בספרות כיתה ז׳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המסלולים ללימוד ספרות בכיתה ז׳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מיון, השוואה וזיהוי מילות קישור של סיבה ותוצאה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הדף ואת הכלים העומדים לרשות הלומדים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לשונית העשרה למתקדמים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מידע ← 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ירוק וכחול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בלי ניקוד ובמשפטים קצרים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המסלולים מלמדים את אותו חומר בדרכים שונות.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המסלול הרגיל כולל מיון לקטגוריות, השוואות וכלים ספרותיים.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במפורש שיש מילון לחיצה.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הסיכום פשוט וכולל 3 אפשרויות בלבד.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לשונית ההעשרה מופיעה בכל יצירה.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מסלול למאפיין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(מיון לקטגוריות, השוואות וכלים ספרותיים)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(רמז מכוון אחרי 2 טעויות וצבעים קבועים)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(מחסן מילות קישור צבעוני וטקסט בלי ניקוד)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(מידע ואז פרשנות)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(העשרה למתקדמים)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מילת קישור של סיבה ותוצאה, וסימון נכון של הצבעים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שמזכירה נכון לפחות מאפיין אחד מכל מסלול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רגיל, חנ״מ, עולים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לשונית העשרה למתקדמים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ירוק לסיבה, כחול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לתלמידים את שלושת המסלולים לפני התרגול כדי שיבינו את ההקשר.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הצבעים הקבועים (ירוק-סיבה, כחול-תוצאה) כי הם חוזרים גם ביצירות עצמן.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לחנ״מ אפשר להשמיט את הפריטים המסומנים כקשים ולהתמקד בעובדות הבסיסיות.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לכיתה ז׳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מסלולי הלמידה בספרות כיתה ז׳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שלושה מסלולים ללימוד אותו חומר. בדף הזה נבדוק אם הבנתם מה ההבדל בין המסלולים.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לימוד מתאימה לתלמידים שונים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העשרה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חומר נוסף למתקדמים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סיכום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קצר שמרכז את עיקרי היצירה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 מכוון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עזרה שמופיעה אחרי טעויות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כלי ספרותי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לנתח יצירה, למשל השוואה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רעיונות, כמו כי, לכן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שגרם למשהו לקרות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שקרה בעקבות הסיבה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דרכים ללמוד יש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יש בכל יצירה, בלי קשר למסלול?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בוחן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לשונית העשרה למתקדמים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סרטון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מבחן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בא קודם, מידע או פרשנות?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תוצאה ←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מידע ←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 ←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השערה ← מסקנה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אחרי כמה טעויות מקבלים עזרה?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צבעים מייצגים סיבה ותוצאה?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 וצהוב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 וכחול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 וסגול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צהוב וכתום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כתוב הטקסט במסלול עולים חדשים?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ניקוד מלא ומשפטים ארוכים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בלי ניקוד ובמשפטים קצרים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בשירה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שלושת המסלולים מיועדים לאותה 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הרגיל אין כלים ספרותיים 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עולים חדשים יש מילון לחיצה שעוזר להבין מילים.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חנ״מ הסיכום ארוך ומכיל הרבה אפשרויות בחירה.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היצירות יש אפשרות להעשרה למתקדמים, בלי קשר למסלול.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המסלול המרכזי נקרא מסלול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במסלול חנ״מ מופיע __________ מכוון אחרי שתי טעויות.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במסלול עולים חדשים הטקסט כתוב בעברית פשוטה בלי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בכל יצירה יש לשונית __________ למתקדמים.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במפת ההתאמות, הצבע הירוק מסמן __________ והכחול מסמן תוצאה.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מסלול למאפיין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העשרה למתקדמים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מחסן מילות קישור צבעוני וטקסט בלי ניקוד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עולים 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מיון לקטגוריות, השוואות וכלים ספרותיים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שאלות מדורגות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רמז מכוון אחרי 2 טעויות וצבעים קבועים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לשונית בכל יצירה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מידע ואז פרשנות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שמתאר סיבה ותוצאה, והקיפו בירוק את מילת הסיבה ובכחול את מילת התוצאה (למשל: בגלל שירד גשם, הרחוב התרטב).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שניים מהמסלולים שלמדתם עליהם והסבירו במשפט אחד מה ההבדל העיקרי ביניהם.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המסלולים הקיימים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מופיע בכל יצירה בנוסף למסלול הנלמד?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צבע מסמן סיבה ואיזה מסמן תוצאה במסלול חנ״מ?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מסלולי הלמידה בספרות כיתה ז׳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